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Friction on an Incline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Friction on an incline.html</w:t>
      </w:r>
      <w:r>
        <w:rPr>
          <w:color w:val="606060"/>
          <w:sz w:val="24"/>
        </w:rPr>
        <w:t xml:space="preserve"> · goes with the Forces investigation (friction on a ramp)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biba0112.github.io/physics-sims/03-friction-incline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Friction on an incline.html</w:t>
            </w:r>
            <w:r>
              <w:rPr>
                <w:sz w:val="20"/>
              </w:rPr>
              <w:t xml:space="preserve">). </w:t>
            </w:r>
            <w:r>
              <w:rPr>
                <w:b/>
                <w:sz w:val="20"/>
              </w:rPr>
              <w:t>▲ Tilt</w:t>
            </w:r>
            <w:r>
              <w:rPr>
                <w:sz w:val="20"/>
              </w:rPr>
              <w:t xml:space="preserve"> raises the ramp until the block slips; </w:t>
            </w:r>
            <w:r>
              <w:rPr>
                <w:b/>
                <w:sz w:val="20"/>
              </w:rPr>
              <w:t>▶ Release</w:t>
            </w:r>
            <w:r>
              <w:rPr>
                <w:sz w:val="20"/>
              </w:rPr>
              <w:t xml:space="preserve"> lets the block go at the angle on the slider.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three parts as this sheet;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. Sliding uses Newton's 2nd law (Blocks 3–4).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Friction on an inclin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The ramp tilts and the block stays at rest. What happens to the friction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What happens to the normal force as the ramp tilts?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You double the block's mass. What happens to the slip angle?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Which surfaces give the smallest slip angle: rubber, wood/bench, ice or sandpaper?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After it slips (ramp angle fixed), does the block slide at constant speed, speed up or stop?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Draw the free-body diagram of the block at rest on a 20° ramp. Show the weight components </w:t>
      </w:r>
      <w:r>
        <w:rPr>
          <w:i/>
        </w:rPr>
        <w:t>mg</w:t>
      </w:r>
      <w:r>
        <w:rPr/>
        <w:t xml:space="preserve"> sin θ and </w:t>
      </w:r>
      <w:r>
        <w:rPr>
          <w:i/>
        </w:rPr>
        <w:t>mg</w:t>
      </w:r>
      <w:r>
        <w:rPr/>
        <w:t xml:space="preserve"> cos θ as dashed arrows.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Show that the block slips when tan θ = μ</w:t>
      </w:r>
      <w:r>
        <w:rPr>
          <w:vertAlign w:val="subscript"/>
        </w:rPr>
        <w:t>s</w:t>
      </w:r>
      <w:r>
        <w:rPr/>
        <w:t>. Then calculate the slip angle for wood on the bench (μ</w:t>
      </w:r>
      <w:r>
        <w:rPr>
          <w:vertAlign w:val="subscript"/>
        </w:rPr>
        <w:t>s</w:t>
      </w:r>
      <w:r>
        <w:rPr/>
        <w:t xml:space="preserve"> = 0.41).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/>
        <w:t>θ</w:t>
      </w:r>
      <w:r>
        <w:rPr>
          <w:vertAlign w:val="subscript"/>
        </w:rPr>
        <w:t>slip</w:t>
      </w:r>
      <w:r>
        <w:rPr/>
        <w:t xml:space="preserve"> = __________ °     Sim check: __________ °</w:t>
      </w:r>
    </w:p>
    <w:p>
      <w:pPr>
        <w:pStyle w:val="Heading1"/>
      </w:pPr>
      <w:r>
        <w:rPr/>
        <w:t>Part 2 — During the lab: Forces investigation</w:t>
      </w:r>
    </w:p>
    <w:p>
      <w:r>
        <w:rPr/>
        <w:t>Investigation block (0.150 kg) on the wooden board. Fill in the sim values and your group's values.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2551"/>
        <w:gridCol w:w="3118"/>
      </w:tblGrid>
      <w:tr>
        <w:trPr>
          <w:trHeight w:val="482"/>
        </w:trPr>
        <w:tc>
          <w:tcPr>
            <w:tcW w:type="dxa" w:w="396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Quantity</w:t>
            </w:r>
          </w:p>
        </w:tc>
        <w:tc>
          <w:tcPr>
            <w:tcW w:type="dxa" w:w="255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Simulation</w:t>
            </w:r>
          </w:p>
        </w:tc>
        <w:tc>
          <w:tcPr>
            <w:tcW w:type="dxa" w:w="311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measurement / calculation</w:t>
            </w:r>
          </w:p>
        </w:tc>
      </w:tr>
      <w:tr>
        <w:trPr>
          <w:trHeight w:val="482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20"/>
              </w:rPr>
              <w:t>slip angle θ</w:t>
            </w:r>
            <w:r>
              <w:rPr>
                <w:sz w:val="20"/>
                <w:vertAlign w:val="subscript"/>
              </w:rPr>
              <w:t>slip</w:t>
            </w:r>
            <w:r>
              <w:rPr>
                <w:sz w:val="20"/>
              </w:rPr>
              <w:t xml:space="preserve"> / °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</w:p>
        </w:tc>
        <w:tc>
          <w:tcPr>
            <w:tcW w:type="dxa" w:w="3118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μ</w:t>
            </w:r>
            <w:r>
              <w:rPr>
                <w:sz w:val="20"/>
                <w:vertAlign w:val="subscript"/>
              </w:rPr>
              <w:t>s</w:t>
            </w:r>
            <w:r>
              <w:rPr>
                <w:sz w:val="20"/>
              </w:rPr>
              <w:t xml:space="preserve"> = tan θ</w:t>
            </w:r>
            <w:r>
              <w:rPr>
                <w:sz w:val="20"/>
                <w:vertAlign w:val="subscript"/>
              </w:rPr>
              <w:t>slip</w:t>
            </w:r>
          </w:p>
        </w:tc>
        <w:tc>
          <w:tcPr>
            <w:tcW w:type="dxa" w:w="255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1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20"/>
              </w:rPr>
              <w:t>largest static friction at 20°, μ</w:t>
            </w:r>
            <w:r>
              <w:rPr>
                <w:sz w:val="20"/>
                <w:vertAlign w:val="subscript"/>
              </w:rPr>
              <w:t>s</w:t>
            </w:r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cos 20° / N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</w:p>
        </w:tc>
        <w:tc>
          <w:tcPr>
            <w:tcW w:type="dxa" w:w="3118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 xml:space="preserve">friction acting at 10°, </w:t>
            </w:r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sin 10° / N</w:t>
            </w:r>
          </w:p>
        </w:tc>
        <w:tc>
          <w:tcPr>
            <w:tcW w:type="dxa" w:w="255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1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20"/>
              </w:rPr>
              <w:t xml:space="preserve">acceleration at 60°,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/ m s</w:t>
            </w:r>
            <w:r>
              <w:rPr>
                <w:sz w:val="20"/>
                <w:vertAlign w:val="superscript"/>
              </w:rPr>
              <w:t>−2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20"/>
              </w:rPr>
              <w:t>7.8 (given)</w:t>
            </w:r>
          </w:p>
        </w:tc>
      </w:tr>
      <w:tr>
        <w:trPr>
          <w:trHeight w:val="482"/>
        </w:trPr>
        <w:tc>
          <w:tcPr>
            <w:tcW w:type="dxa" w:w="3969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μ</w:t>
            </w:r>
            <w:r>
              <w:rPr>
                <w:sz w:val="20"/>
                <w:vertAlign w:val="subscript"/>
              </w:rPr>
              <w:t>d</w:t>
            </w:r>
            <w:r>
              <w:rPr>
                <w:sz w:val="20"/>
              </w:rPr>
              <w:t xml:space="preserve"> = (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sin θ −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)/(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cos θ)</w:t>
            </w:r>
          </w:p>
        </w:tc>
        <w:tc>
          <w:tcPr>
            <w:tcW w:type="dxa" w:w="255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18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8.</w:t>
      </w:r>
      <w:r>
        <w:rPr/>
        <w:t xml:space="preserve"> Give </w:t>
      </w:r>
      <w:r>
        <w:rPr>
          <w:b/>
        </w:rPr>
        <w:t>one</w:t>
      </w:r>
      <w:r>
        <w:rPr/>
        <w:t xml:space="preserve"> reason why your measured slip angle differs from the simulation's.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9.</w:t>
      </w:r>
      <w:r>
        <w:rPr/>
        <w:t xml:space="preserve"> At 10° the friction is much smaller than μ</w:t>
      </w:r>
      <w:r>
        <w:rPr>
          <w:vertAlign w:val="subscript"/>
        </w:rPr>
        <w:t>s</w:t>
      </w:r>
      <w:r>
        <w:rPr>
          <w:i/>
        </w:rPr>
        <w:t>F</w:t>
      </w:r>
      <w:r>
        <w:rPr>
          <w:vertAlign w:val="subscript"/>
        </w:rPr>
        <w:t>N</w:t>
      </w:r>
      <w:r>
        <w:rPr/>
        <w:t>. Explain why.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find μ</w:t>
      </w:r>
      <w:r>
        <w:rPr>
          <w:vertAlign w:val="subscript"/>
        </w:rPr>
        <w:t>d</w:t>
      </w:r>
      <w:r>
        <w:rPr/>
        <w:t xml:space="preserve"> from a graph</w:t>
      </w:r>
    </w:p>
    <w:p>
      <w:r>
        <w:rPr/>
        <w:t xml:space="preserve">Wood on bench, </w:t>
      </w:r>
      <w:r>
        <w:rPr>
          <w:i/>
        </w:rPr>
        <w:t>m</w:t>
      </w:r>
      <w:r>
        <w:rPr/>
        <w:t xml:space="preserve"> = 0.500 kg. Release the block at each angle and record </w:t>
      </w:r>
      <w:r>
        <w:rPr>
          <w:i/>
        </w:rPr>
        <w:t>a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1531"/>
        <w:gridCol w:w="1531"/>
        <w:gridCol w:w="1531"/>
        <w:gridCol w:w="1531"/>
        <w:gridCol w:w="1531"/>
      </w:tblGrid>
      <w:tr>
        <w:trPr>
          <w:trHeight w:val="454"/>
        </w:trPr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70</w:t>
            </w:r>
          </w:p>
        </w:tc>
      </w:tr>
      <w:tr>
        <w:trPr>
          <w:trHeight w:val="454"/>
        </w:trP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20"/>
              </w:rPr>
              <w:t>tan θ</w:t>
            </w:r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/ m s</w:t>
            </w:r>
            <w:r>
              <w:rPr>
                <w:sz w:val="20"/>
                <w:vertAlign w:val="superscript"/>
              </w:rPr>
              <w:t>−2</w:t>
            </w:r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20"/>
              </w:rPr>
              <w:t>cos θ</w:t>
            </w:r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/ cos θ / m s</w:t>
            </w:r>
            <w:r>
              <w:rPr>
                <w:sz w:val="20"/>
                <w:vertAlign w:val="superscript"/>
              </w:rPr>
              <w:t>−2</w:t>
            </w:r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10.</w:t>
      </w:r>
      <w:r>
        <w:rPr/>
        <w:t xml:space="preserve"> Show that </w:t>
      </w:r>
      <w:r>
        <w:rPr>
          <w:i/>
        </w:rPr>
        <w:t>a</w:t>
      </w:r>
      <w:r>
        <w:rPr/>
        <w:t xml:space="preserve"> = </w:t>
      </w:r>
      <w:r>
        <w:rPr>
          <w:i/>
        </w:rPr>
        <w:t>g</w:t>
      </w:r>
      <w:r>
        <w:rPr/>
        <w:t>(sin θ − μ</w:t>
      </w:r>
      <w:r>
        <w:rPr>
          <w:vertAlign w:val="subscript"/>
        </w:rPr>
        <w:t>d</w:t>
      </w:r>
      <w:r>
        <w:rPr/>
        <w:t xml:space="preserve"> cos θ) can be written as </w:t>
      </w:r>
      <w:r>
        <w:rPr>
          <w:i/>
        </w:rPr>
        <w:t>a</w:t>
      </w:r>
      <w:r>
        <w:rPr/>
        <w:t xml:space="preserve">/cos θ = </w:t>
      </w:r>
      <w:r>
        <w:rPr>
          <w:i/>
        </w:rPr>
        <w:t>g</w:t>
      </w:r>
      <w:r>
        <w:rPr/>
        <w:t xml:space="preserve"> tan θ − μ</w:t>
      </w:r>
      <w:r>
        <w:rPr>
          <w:vertAlign w:val="subscript"/>
        </w:rPr>
        <w:t>d</w:t>
      </w:r>
      <w:r>
        <w:rPr>
          <w:i/>
        </w:rPr>
        <w:t>g</w:t>
      </w:r>
      <w:r>
        <w:rPr/>
        <w:t xml:space="preserve">. What should the gradient and the intercept of a graph of </w:t>
      </w:r>
      <w:r>
        <w:rPr>
          <w:i/>
        </w:rPr>
        <w:t>a</w:t>
      </w:r>
      <w:r>
        <w:rPr/>
        <w:t>/cos θ against tan θ be?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</w:pPr>
      <w:r>
        <w:rPr>
          <w:b/>
        </w:rPr>
        <w:t>11.</w:t>
      </w:r>
      <w:r>
        <w:rPr/>
        <w:t xml:space="preserve"> Plot </w:t>
      </w:r>
      <w:r>
        <w:rPr>
          <w:i/>
        </w:rPr>
        <w:t>a</w:t>
      </w:r>
      <w:r>
        <w:rPr/>
        <w:t>/cos θ against tan θ and draw the best-fit line.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00000" cy="30665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3_lin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066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12.</w:t>
      </w:r>
      <w:r>
        <w:rPr/>
        <w:t xml:space="preserve"> Gradient = __________ m s</w:t>
      </w:r>
      <w:r>
        <w:rPr>
          <w:vertAlign w:val="superscript"/>
        </w:rPr>
        <w:t>−2</w:t>
      </w:r>
      <w:r>
        <w:rPr/>
        <w:t xml:space="preserve">   Intercept = __________ m s</w:t>
      </w:r>
      <w:r>
        <w:rPr>
          <w:vertAlign w:val="superscript"/>
        </w:rPr>
        <w:t>−2</w:t>
      </w:r>
      <w:r>
        <w:rPr/>
        <w:t xml:space="preserve">   ⇒  μ</w:t>
      </w:r>
      <w:r>
        <w:rPr>
          <w:vertAlign w:val="subscript"/>
        </w:rPr>
        <w:t>d</w:t>
      </w:r>
      <w:r>
        <w:rPr/>
        <w:t xml:space="preserve"> = __________</w:t>
      </w:r>
    </w:p>
    <w:p>
      <w:pPr>
        <w:keepNext/>
      </w:pPr>
      <w:r>
        <w:rPr>
          <w:b/>
        </w:rPr>
        <w:t>13.</w:t>
      </w:r>
      <w:r>
        <w:rPr/>
        <w:t xml:space="preserve"> Calculate the acceleration of the block sliding down the bench at 35° (μ</w:t>
      </w:r>
      <w:r>
        <w:rPr>
          <w:vertAlign w:val="subscript"/>
        </w:rPr>
        <w:t>d</w:t>
      </w:r>
      <w:r>
        <w:rPr/>
        <w:t xml:space="preserve"> = 0.30) and the time it takes to slide 0.80 m from rest.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38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14.</w:t>
      </w:r>
      <w:r>
        <w:rPr/>
        <w:t xml:space="preserve"> The 0.500 kg block is released on the bench at 15° (μ</w:t>
      </w:r>
      <w:r>
        <w:rPr>
          <w:vertAlign w:val="subscript"/>
        </w:rPr>
        <w:t>s</w:t>
      </w:r>
      <w:r>
        <w:rPr/>
        <w:t xml:space="preserve"> = 0.41). Draw its free-body diagram. Does it move? Calculate the friction force acting and compare it with μ</w:t>
      </w:r>
      <w:r>
        <w:rPr>
          <w:vertAlign w:val="subscript"/>
        </w:rPr>
        <w:t>s</w:t>
      </w:r>
      <w:r>
        <w:rPr>
          <w:i/>
        </w:rPr>
        <w:t>F</w:t>
      </w:r>
      <w:r>
        <w:rPr>
          <w:vertAlign w:val="subscript"/>
        </w:rPr>
        <w:t>N</w:t>
      </w:r>
      <w:r>
        <w:rPr/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15.</w:t>
      </w:r>
      <w:r>
        <w:rPr/>
        <w:t xml:space="preserve"> A car is parked on a steep hill. On a dry road it stays put; on ice it slides down. Explain why, using tan θ and μ</w:t>
      </w:r>
      <w:r>
        <w:rPr>
          <w:vertAlign w:val="subscript"/>
        </w:rPr>
        <w:t>s</w:t>
      </w:r>
      <w:r>
        <w:rPr/>
        <w:t>. Does a heavier car slide more easily?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Friction on an incline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