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1F3A5F"/>
          <w:sz w:val="44"/>
        </w:rPr>
        <w:t>Worksheet — Spring Force Simulation</w:t>
      </w:r>
    </w:p>
    <w:p>
      <w:r>
        <w:rPr>
          <w:color w:val="606060"/>
          <w:sz w:val="24"/>
        </w:rPr>
        <w:t xml:space="preserve">Use with </w:t>
      </w:r>
      <w:r>
        <w:rPr>
          <w:i/>
          <w:color w:val="606060"/>
          <w:sz w:val="24"/>
        </w:rPr>
        <w:t>Simulation - Spring force.html</w:t>
      </w:r>
      <w:r>
        <w:rPr>
          <w:color w:val="606060"/>
          <w:sz w:val="24"/>
        </w:rPr>
        <w:t xml:space="preserve"> · goes with Station 3 and the Forces investigation (spring)</w:t>
      </w:r>
    </w:p>
    <w:p>
      <w:pPr>
        <w:spacing w:after="0"/>
      </w:pPr>
      <w:r>
        <w:rPr>
          <w:color w:val="1F3A5F"/>
          <w:sz w:val="20"/>
        </w:rPr>
        <w:t>Biljana Taneska · Physics teacher · btaneska@vis.ac.at</w:t>
      </w:r>
    </w:p>
    <w:p>
      <w:pPr>
        <w:pBdr>
          <w:bottom w:val="single" w:sz="12" w:space="1" w:color="E65100"/>
        </w:pBdr>
        <w:spacing w:after="120"/>
      </w:pPr>
    </w:p>
    <w:p>
      <w:pPr>
        <w:spacing w:after="120"/>
      </w:pPr>
      <w:r>
        <w:rPr/>
        <w:t>Name: ______________________________   Class: ________   Date: 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7710"/>
        <w:gridCol w:w="1928"/>
      </w:tblGrid>
      <w:tr>
        <w:tc>
          <w:tcPr>
            <w:tcW w:type="dxa" w:w="7710"/>
            <w:shd w:val="clear" w:color="auto" w:fill="E3F2FD"/>
          </w:tcPr>
          <w:p>
            <w:r>
              <w:rPr>
                <w:b/>
                <w:color w:val="1F3A5F"/>
                <w:sz w:val="22"/>
              </w:rPr>
              <w:t>How to use this worksheet</w:t>
            </w:r>
          </w:p>
          <w:p>
            <w:pPr>
              <w:spacing w:after="20"/>
            </w:pPr>
            <w:r>
              <w:rPr>
                <w:sz w:val="20"/>
              </w:rPr>
              <w:t xml:space="preserve">Scan the QR code or open </w:t>
            </w:r>
            <w:r>
              <w:rPr>
                <w:b/>
                <w:sz w:val="20"/>
              </w:rPr>
              <w:t>biba0112.github.io/physics-sims/05-spring-force</w:t>
            </w:r>
            <w:r>
              <w:rPr>
                <w:sz w:val="20"/>
              </w:rPr>
              <w:t xml:space="preserve"> in a browser (offline: </w:t>
            </w:r>
            <w:r>
              <w:rPr>
                <w:i/>
                <w:sz w:val="20"/>
              </w:rPr>
              <w:t>Simulation - Spring force.html</w:t>
            </w:r>
            <w:r>
              <w:rPr>
                <w:sz w:val="20"/>
              </w:rPr>
              <w:t xml:space="preserve">). </w:t>
            </w:r>
            <w:r>
              <w:rPr>
                <w:b/>
                <w:sz w:val="20"/>
              </w:rPr>
              <w:t>Hang masses</w:t>
            </w:r>
            <w:r>
              <w:rPr>
                <w:sz w:val="20"/>
              </w:rPr>
              <w:t xml:space="preserve">: add 50 g at a time and read the pointer on the ruler. </w:t>
            </w:r>
            <w:r>
              <w:rPr>
                <w:b/>
                <w:sz w:val="20"/>
              </w:rPr>
              <w:t>Push / pull</w:t>
            </w:r>
            <w:r>
              <w:rPr>
                <w:sz w:val="20"/>
              </w:rPr>
              <w:t xml:space="preserve">: stretch or squash a spring on a table. The </w:t>
            </w:r>
            <w:r>
              <w:rPr>
                <w:b/>
                <w:sz w:val="20"/>
              </w:rPr>
              <w:t>Tasks</w:t>
            </w:r>
            <w:r>
              <w:rPr>
                <w:sz w:val="20"/>
              </w:rPr>
              <w:t xml:space="preserve"> tab has the same four parts as this sheet; write your </w:t>
            </w:r>
            <w:r>
              <w:rPr>
                <w:b/>
                <w:sz w:val="20"/>
              </w:rPr>
              <w:t>explanations</w:t>
            </w:r>
            <w:r>
              <w:rPr>
                <w:sz w:val="20"/>
              </w:rPr>
              <w:t xml:space="preserve"> here.</w:t>
            </w:r>
          </w:p>
          <w:p>
            <w:pPr>
              <w:spacing w:after="20"/>
            </w:pPr>
            <w:r>
              <w:rPr>
                <w:b/>
                <w:sz w:val="20"/>
              </w:rPr>
              <w:t>Part 1</w:t>
            </w:r>
            <w:r>
              <w:rPr>
                <w:sz w:val="20"/>
              </w:rPr>
              <w:t xml:space="preserve"> before the lab (≈ 15 min) · </w:t>
            </w:r>
            <w:r>
              <w:rPr>
                <w:b/>
                <w:sz w:val="20"/>
              </w:rPr>
              <w:t>Part 2</w:t>
            </w:r>
            <w:r>
              <w:rPr>
                <w:sz w:val="20"/>
              </w:rPr>
              <w:t xml:space="preserve"> during the lab (≈ 10 min) · </w:t>
            </w:r>
            <w:r>
              <w:rPr>
                <w:b/>
                <w:sz w:val="20"/>
              </w:rPr>
              <w:t>Part 3</w:t>
            </w:r>
            <w:r>
              <w:rPr>
                <w:sz w:val="20"/>
              </w:rPr>
              <w:t xml:space="preserve"> homework (≈ 30 min) · </w:t>
            </w:r>
            <w:r>
              <w:rPr>
                <w:b/>
              </w:rPr>
              <w:t>Part 4</w:t>
            </w:r>
            <w:r>
              <w:t xml:space="preserve"> checkpoint: hysteresis and the elastic limit (≈ 15 min).</w:t>
            </w:r>
          </w:p>
          <w:p>
            <w:pPr>
              <w:spacing w:after="20"/>
            </w:pPr>
            <w:r>
              <w:rPr>
                <w:sz w:val="20"/>
              </w:rPr>
              <w:t xml:space="preserve">Use </w:t>
            </w:r>
            <w:r>
              <w:rPr>
                <w:i/>
                <w:sz w:val="20"/>
              </w:rPr>
              <w:t>g</w:t>
            </w:r>
            <w:r>
              <w:rPr>
                <w:sz w:val="20"/>
              </w:rPr>
              <w:t xml:space="preserve"> = 9.81 N kg</w:t>
            </w:r>
            <w:r>
              <w:rPr>
                <w:sz w:val="20"/>
                <w:vertAlign w:val="superscript"/>
              </w:rPr>
              <w:t>−1</w:t>
            </w:r>
            <w:r>
              <w:rPr>
                <w:sz w:val="20"/>
              </w:rPr>
              <w:t xml:space="preserve">. Extension </w:t>
            </w:r>
            <w:r>
              <w:rPr>
                <w:i/>
                <w:sz w:val="20"/>
              </w:rPr>
              <w:t>x</w:t>
            </w:r>
            <w:r>
              <w:rPr>
                <w:sz w:val="20"/>
              </w:rPr>
              <w:t xml:space="preserve"> = pointer reading − unloaded reading. Always convert </w:t>
            </w:r>
            <w:r>
              <w:rPr>
                <w:i/>
                <w:sz w:val="20"/>
              </w:rPr>
              <w:t>x</w:t>
            </w:r>
            <w:r>
              <w:rPr>
                <w:sz w:val="20"/>
              </w:rPr>
              <w:t xml:space="preserve"> to metres for </w:t>
            </w:r>
            <w:r>
              <w:rPr>
                <w:i/>
                <w:sz w:val="20"/>
              </w:rPr>
              <w:t>k</w:t>
            </w:r>
            <w:r>
              <w:rPr>
                <w:sz w:val="20"/>
              </w:rPr>
              <w:t>.</w:t>
            </w:r>
          </w:p>
        </w:tc>
        <w:tc>
          <w:tcPr>
            <w:tcW w:type="dxa" w:w="1928"/>
            <w:shd w:val="clear" w:color="auto" w:fill="E3F2FD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44000" cy="104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R - Spring force simulation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000" cy="10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color w:val="606060"/>
                <w:sz w:val="16"/>
              </w:rPr>
              <w:t>Scan to open</w:t>
            </w:r>
          </w:p>
        </w:tc>
      </w:tr>
    </w:tbl>
    <w:p>
      <w:pPr>
        <w:spacing w:after="40"/>
      </w:pPr>
    </w:p>
    <w:p>
      <w:pPr>
        <w:pStyle w:val="Heading1"/>
      </w:pPr>
      <w:r>
        <w:rPr/>
        <w:t>Part 1 — Pre-lab: predict, then test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75"/>
        <w:gridCol w:w="1928"/>
        <w:gridCol w:w="1928"/>
        <w:gridCol w:w="2608"/>
      </w:tblGrid>
      <w:tr>
        <w:tc>
          <w:tcPr>
            <w:tcW w:type="dxa" w:w="3175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Question</w:t>
            </w:r>
          </w:p>
        </w:tc>
        <w:tc>
          <w:tcPr>
            <w:tcW w:type="dxa" w:w="192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My prediction (before)</w:t>
            </w:r>
          </w:p>
        </w:tc>
        <w:tc>
          <w:tcPr>
            <w:tcW w:type="dxa" w:w="192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What the simulation showed</w:t>
            </w:r>
          </w:p>
        </w:tc>
        <w:tc>
          <w:tcPr>
            <w:tcW w:type="dxa" w:w="260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Physics explanation</w:t>
            </w:r>
          </w:p>
        </w:tc>
      </w:tr>
      <w:tr>
        <w:trPr>
          <w:trHeight w:val="1247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1. A mass hangs at rest on the spring. Is the spring force bigger than, equal to or smaller than its weight?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1247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2. You double the load from 100 g to 200 g. What happens to the extension?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1247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3. You load the soft spring (limit ≈ 3 N) with 400 g, then unload it. What happens?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1247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4. You squash the spring by 6.0 cm. Which way does the spring push the block?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</w:tbl>
    <w:p>
      <w:pPr>
        <w:spacing w:after="40"/>
      </w:pPr>
    </w:p>
    <w:p>
      <w:pPr>
        <w:keepNext/>
      </w:pPr>
      <w:r>
        <w:rPr>
          <w:b/>
        </w:rPr>
        <w:t>5.</w:t>
      </w:r>
      <w:r>
        <w:rPr/>
        <w:t xml:space="preserve"> Draw the free-body diagram of a 200 g mass hanging at rest on the spring.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2268"/>
        </w:trPr>
        <w:tc>
          <w:tcPr>
            <w:tcW w:type="dxa" w:w="9638"/>
          </w:tcPr>
          <w:p>
            <w:r>
              <w:rPr>
                <w:color w:val="606060"/>
                <w:sz w:val="18"/>
              </w:rPr>
              <w:t>Free-body diagram</w:t>
            </w:r>
          </w:p>
        </w:tc>
      </w:tr>
    </w:tbl>
    <w:p>
      <w:pPr>
        <w:spacing w:after="40"/>
      </w:pPr>
    </w:p>
    <w:p>
      <w:pPr>
        <w:keepNext/>
      </w:pPr>
      <w:r>
        <w:rPr>
          <w:b/>
        </w:rPr>
        <w:t>6.</w:t>
      </w:r>
      <w:r>
        <w:rPr/>
        <w:t xml:space="preserve"> The investigation spring has </w:t>
      </w:r>
      <w:r>
        <w:rPr>
          <w:i/>
        </w:rPr>
        <w:t>k</w:t>
      </w:r>
      <w:r>
        <w:rPr/>
        <w:t xml:space="preserve"> = 25.0 N m</w:t>
      </w:r>
      <w:r>
        <w:rPr>
          <w:vertAlign w:val="superscript"/>
        </w:rPr>
        <w:t>−1</w:t>
      </w:r>
      <w:r>
        <w:rPr/>
        <w:t>. Calculate the extension (in cm) with 200 g hanging.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2268"/>
        </w:trPr>
        <w:tc>
          <w:tcPr>
            <w:tcW w:type="dxa" w:w="9638"/>
          </w:tcPr>
          <w:p>
            <w:r>
              <w:rPr>
                <w:color w:val="606060"/>
                <w:sz w:val="18"/>
              </w:rPr>
              <w:t>Working</w:t>
            </w:r>
          </w:p>
        </w:tc>
      </w:tr>
    </w:tbl>
    <w:p>
      <w:pPr>
        <w:spacing w:after="40"/>
      </w:pPr>
    </w:p>
    <w:p>
      <w:r>
        <w:rPr>
          <w:i/>
        </w:rPr>
        <w:t>x</w:t>
      </w:r>
      <w:r>
        <w:rPr/>
        <w:t xml:space="preserve"> = __________ cm     Sim check: __________ cm</w:t>
      </w:r>
    </w:p>
    <w:p>
      <w:pPr>
        <w:pStyle w:val="Heading1"/>
      </w:pPr>
      <w:r>
        <w:rPr/>
        <w:t>Part 2 — During the lab: Station 3 / Forces investigation</w:t>
      </w:r>
    </w:p>
    <w:p>
      <w:r>
        <w:rPr/>
        <w:t>Investigation spring, reading uncertainty ON. Record the sim values and your own measurements.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1928"/>
        <w:gridCol w:w="1928"/>
        <w:gridCol w:w="2041"/>
        <w:gridCol w:w="2041"/>
      </w:tblGrid>
      <w:tr>
        <w:trPr>
          <w:trHeight w:val="454"/>
        </w:trPr>
        <w:tc>
          <w:tcPr>
            <w:tcW w:type="dxa" w:w="1701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 xml:space="preserve">mass </w:t>
            </w:r>
            <w:r>
              <w:rPr>
                <w:b/>
                <w:i/>
                <w:color w:val="FFFFFF"/>
                <w:sz w:val="20"/>
              </w:rPr>
              <w:t>m</w:t>
            </w:r>
            <w:r>
              <w:rPr>
                <w:b/>
                <w:color w:val="FFFFFF"/>
                <w:sz w:val="20"/>
              </w:rPr>
              <w:t xml:space="preserve"> / g (±1)</w:t>
            </w:r>
          </w:p>
        </w:tc>
        <w:tc>
          <w:tcPr>
            <w:tcW w:type="dxa" w:w="192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 xml:space="preserve">load </w:t>
            </w:r>
            <w:r>
              <w:rPr>
                <w:b/>
                <w:i/>
                <w:color w:val="FFFFFF"/>
                <w:sz w:val="20"/>
              </w:rPr>
              <w:t>F</w:t>
            </w:r>
            <w:r>
              <w:rPr>
                <w:b/>
                <w:color w:val="FFFFFF"/>
                <w:sz w:val="20"/>
              </w:rPr>
              <w:t xml:space="preserve"> = </w:t>
            </w:r>
            <w:r>
              <w:rPr>
                <w:b/>
                <w:i/>
                <w:color w:val="FFFFFF"/>
                <w:sz w:val="20"/>
              </w:rPr>
              <w:t>mg</w:t>
            </w:r>
            <w:r>
              <w:rPr>
                <w:b/>
                <w:color w:val="FFFFFF"/>
                <w:sz w:val="20"/>
              </w:rPr>
              <w:t xml:space="preserve"> / N</w:t>
            </w:r>
          </w:p>
        </w:tc>
        <w:tc>
          <w:tcPr>
            <w:tcW w:type="dxa" w:w="192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sim pointer / cm</w:t>
            </w:r>
          </w:p>
        </w:tc>
        <w:tc>
          <w:tcPr>
            <w:tcW w:type="dxa" w:w="2041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 xml:space="preserve">sim </w:t>
            </w:r>
            <w:r>
              <w:rPr>
                <w:b/>
                <w:i/>
                <w:color w:val="FFFFFF"/>
                <w:sz w:val="20"/>
              </w:rPr>
              <w:t>x</w:t>
            </w:r>
            <w:r>
              <w:rPr>
                <w:b/>
                <w:color w:val="FFFFFF"/>
                <w:sz w:val="20"/>
              </w:rPr>
              <w:t xml:space="preserve"> / cm (±0.1)</w:t>
            </w:r>
          </w:p>
        </w:tc>
        <w:tc>
          <w:tcPr>
            <w:tcW w:type="dxa" w:w="2041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 xml:space="preserve">our </w:t>
            </w:r>
            <w:r>
              <w:rPr>
                <w:b/>
                <w:i/>
                <w:color w:val="FFFFFF"/>
                <w:sz w:val="20"/>
              </w:rPr>
              <w:t>x</w:t>
            </w:r>
            <w:r>
              <w:rPr>
                <w:b/>
                <w:color w:val="FFFFFF"/>
                <w:sz w:val="20"/>
              </w:rPr>
              <w:t xml:space="preserve"> / cm (±0.1)</w:t>
            </w:r>
          </w:p>
        </w:tc>
      </w:tr>
      <w:tr>
        <w:trPr>
          <w:trHeight w:val="454"/>
        </w:trPr>
        <w:tc>
          <w:tcPr>
            <w:tcW w:type="dxa" w:w="1701"/>
          </w:tcPr>
          <w:p>
            <w:pPr>
              <w:spacing w:after="20"/>
            </w:pPr>
            <w:r/>
            <w:r>
              <w:rPr>
                <w:sz w:val="20"/>
              </w:rPr>
              <w:t>100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041"/>
          </w:tcPr>
          <w:p>
            <w:pPr>
              <w:spacing w:after="20"/>
            </w:pPr>
            <w:r/>
          </w:p>
        </w:tc>
        <w:tc>
          <w:tcPr>
            <w:tcW w:type="dxa" w:w="2041"/>
          </w:tcPr>
          <w:p>
            <w:pPr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1701"/>
            <w:shd w:val="clear" w:color="auto" w:fill="F2F5F9"/>
          </w:tcPr>
          <w:p>
            <w:pPr>
              <w:spacing w:after="20"/>
            </w:pPr>
            <w:r/>
            <w:r>
              <w:rPr>
                <w:sz w:val="20"/>
              </w:rPr>
              <w:t>150</w:t>
            </w:r>
          </w:p>
        </w:tc>
        <w:tc>
          <w:tcPr>
            <w:tcW w:type="dxa" w:w="1928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928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2041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2041"/>
            <w:shd w:val="clear" w:color="auto" w:fill="F2F5F9"/>
          </w:tcPr>
          <w:p>
            <w:pPr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1701"/>
          </w:tcPr>
          <w:p>
            <w:pPr>
              <w:spacing w:after="20"/>
            </w:pPr>
            <w:r/>
            <w:r>
              <w:rPr>
                <w:sz w:val="20"/>
              </w:rPr>
              <w:t>200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041"/>
          </w:tcPr>
          <w:p>
            <w:pPr>
              <w:spacing w:after="20"/>
            </w:pPr>
            <w:r/>
          </w:p>
        </w:tc>
        <w:tc>
          <w:tcPr>
            <w:tcW w:type="dxa" w:w="2041"/>
          </w:tcPr>
          <w:p>
            <w:pPr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1701"/>
            <w:shd w:val="clear" w:color="auto" w:fill="F2F5F9"/>
          </w:tcPr>
          <w:p>
            <w:pPr>
              <w:spacing w:after="20"/>
            </w:pPr>
            <w:r/>
            <w:r>
              <w:rPr>
                <w:sz w:val="20"/>
              </w:rPr>
              <w:t>250</w:t>
            </w:r>
          </w:p>
        </w:tc>
        <w:tc>
          <w:tcPr>
            <w:tcW w:type="dxa" w:w="1928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928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2041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2041"/>
            <w:shd w:val="clear" w:color="auto" w:fill="F2F5F9"/>
          </w:tcPr>
          <w:p>
            <w:pPr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1701"/>
          </w:tcPr>
          <w:p>
            <w:pPr>
              <w:spacing w:after="20"/>
            </w:pPr>
            <w:r/>
            <w:r>
              <w:rPr>
                <w:sz w:val="20"/>
              </w:rPr>
              <w:t>300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041"/>
          </w:tcPr>
          <w:p>
            <w:pPr>
              <w:spacing w:after="20"/>
            </w:pPr>
            <w:r/>
          </w:p>
        </w:tc>
        <w:tc>
          <w:tcPr>
            <w:tcW w:type="dxa" w:w="2041"/>
          </w:tcPr>
          <w:p>
            <w:pPr>
              <w:spacing w:after="20"/>
            </w:pPr>
            <w:r/>
          </w:p>
        </w:tc>
      </w:tr>
    </w:tbl>
    <w:p>
      <w:pPr>
        <w:spacing w:after="40"/>
      </w:pPr>
    </w:p>
    <w:p>
      <w:pPr>
        <w:keepNext/>
      </w:pPr>
      <w:r>
        <w:rPr>
          <w:b/>
        </w:rPr>
        <w:t>7.</w:t>
      </w:r>
      <w:r>
        <w:rPr/>
        <w:t xml:space="preserve"> Plot </w:t>
      </w:r>
      <w:r>
        <w:rPr>
          <w:i/>
        </w:rPr>
        <w:t>F</w:t>
      </w:r>
      <w:r>
        <w:rPr/>
        <w:t xml:space="preserve"> against </w:t>
      </w:r>
      <w:r>
        <w:rPr>
          <w:i/>
        </w:rPr>
        <w:t>x</w:t>
      </w:r>
      <w:r>
        <w:rPr/>
        <w:t xml:space="preserve"> with error bars (±0.1 cm). Draw the best-fit line and the steepest and shallowest lines through the error bars of the first and last points.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600000" cy="245106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im05_inv_blank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4510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8.</w:t>
      </w:r>
      <w:r>
        <w:rPr/>
        <w:t xml:space="preserve"> </w:t>
      </w:r>
      <w:r>
        <w:rPr>
          <w:i/>
        </w:rPr>
        <w:t>k</w:t>
      </w:r>
      <w:r>
        <w:rPr/>
        <w:t xml:space="preserve"> = __________ ± __________ N m</w:t>
      </w:r>
      <w:r>
        <w:rPr>
          <w:vertAlign w:val="superscript"/>
        </w:rPr>
        <w:t>−1</w:t>
      </w:r>
      <w:r>
        <w:rPr/>
        <w:t xml:space="preserve">  (Δ</w:t>
      </w:r>
      <w:r>
        <w:rPr>
          <w:i/>
        </w:rPr>
        <w:t>k</w:t>
      </w:r>
      <w:r>
        <w:rPr/>
        <w:t xml:space="preserve"> = ½(</w:t>
      </w:r>
      <w:r>
        <w:rPr>
          <w:i/>
        </w:rPr>
        <w:t>k</w:t>
      </w:r>
      <w:r>
        <w:rPr>
          <w:vertAlign w:val="subscript"/>
        </w:rPr>
        <w:t>max</w:t>
      </w:r>
      <w:r>
        <w:rPr/>
        <w:t xml:space="preserve"> − </w:t>
      </w:r>
      <w:r>
        <w:rPr>
          <w:i/>
        </w:rPr>
        <w:t>k</w:t>
      </w:r>
      <w:r>
        <w:rPr>
          <w:vertAlign w:val="subscript"/>
        </w:rPr>
        <w:t>min</w:t>
      </w:r>
      <w:r>
        <w:rPr/>
        <w:t>))</w:t>
      </w:r>
    </w:p>
    <w:p>
      <w:r>
        <w:rPr>
          <w:b/>
        </w:rPr>
        <w:t>9.</w:t>
      </w:r>
      <w:r>
        <w:rPr/>
        <w:t xml:space="preserve"> Mystery bag: </w:t>
      </w:r>
      <w:r>
        <w:rPr>
          <w:i/>
        </w:rPr>
        <w:t>x</w:t>
      </w:r>
      <w:r>
        <w:rPr/>
        <w:t xml:space="preserve"> = __________ cm ⇒ </w:t>
      </w:r>
      <w:r>
        <w:rPr>
          <w:i/>
        </w:rPr>
        <w:t>F</w:t>
      </w:r>
      <w:r>
        <w:rPr/>
        <w:t xml:space="preserve"> = </w:t>
      </w:r>
      <w:r>
        <w:rPr>
          <w:i/>
        </w:rPr>
        <w:t>kx</w:t>
      </w:r>
      <w:r>
        <w:rPr/>
        <w:t xml:space="preserve"> = __________ N ⇒ </w:t>
      </w:r>
      <w:r>
        <w:rPr>
          <w:i/>
        </w:rPr>
        <w:t>m</w:t>
      </w:r>
      <w:r>
        <w:rPr/>
        <w:t xml:space="preserve"> = __________ kg.  Balance: __________ kg</w:t>
      </w:r>
    </w:p>
    <w:p>
      <w:r>
        <w:rPr>
          <w:b/>
        </w:rPr>
        <w:t>10.</w:t>
      </w:r>
      <w:r>
        <w:rPr/>
        <w:t xml:space="preserve"> Would your method still work for a 5 kg load? Explain.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pStyle w:val="Heading1"/>
      </w:pPr>
      <w:r>
        <w:rPr/>
        <w:t>Part 3 — Homework: analyse</w:t>
      </w:r>
    </w:p>
    <w:p>
      <w:r>
        <w:rPr/>
        <w:t>Station 3 spring, uncertainty ON. Record 100 g to 400 g in 50 g steps.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47"/>
        <w:gridCol w:w="1191"/>
        <w:gridCol w:w="1191"/>
        <w:gridCol w:w="1191"/>
        <w:gridCol w:w="1191"/>
        <w:gridCol w:w="1191"/>
        <w:gridCol w:w="1191"/>
        <w:gridCol w:w="1191"/>
      </w:tblGrid>
      <w:tr>
        <w:trPr>
          <w:trHeight w:val="454"/>
        </w:trPr>
        <w:tc>
          <w:tcPr>
            <w:tcW w:type="dxa" w:w="1247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i/>
                <w:color w:val="FFFFFF"/>
                <w:sz w:val="20"/>
              </w:rPr>
              <w:t>m</w:t>
            </w:r>
            <w:r>
              <w:rPr>
                <w:b/>
                <w:color w:val="FFFFFF"/>
                <w:sz w:val="20"/>
              </w:rPr>
              <w:t xml:space="preserve"> / g</w:t>
            </w:r>
          </w:p>
        </w:tc>
        <w:tc>
          <w:tcPr>
            <w:tcW w:type="dxa" w:w="1191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100</w:t>
            </w:r>
          </w:p>
        </w:tc>
        <w:tc>
          <w:tcPr>
            <w:tcW w:type="dxa" w:w="1191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150</w:t>
            </w:r>
          </w:p>
        </w:tc>
        <w:tc>
          <w:tcPr>
            <w:tcW w:type="dxa" w:w="1191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200</w:t>
            </w:r>
          </w:p>
        </w:tc>
        <w:tc>
          <w:tcPr>
            <w:tcW w:type="dxa" w:w="1191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250</w:t>
            </w:r>
          </w:p>
        </w:tc>
        <w:tc>
          <w:tcPr>
            <w:tcW w:type="dxa" w:w="1191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300</w:t>
            </w:r>
          </w:p>
        </w:tc>
        <w:tc>
          <w:tcPr>
            <w:tcW w:type="dxa" w:w="1191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350</w:t>
            </w:r>
          </w:p>
        </w:tc>
        <w:tc>
          <w:tcPr>
            <w:tcW w:type="dxa" w:w="1191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400</w:t>
            </w:r>
          </w:p>
        </w:tc>
      </w:tr>
      <w:tr>
        <w:trPr>
          <w:trHeight w:val="454"/>
        </w:trPr>
        <w:tc>
          <w:tcPr>
            <w:tcW w:type="dxa" w:w="1247"/>
          </w:tcPr>
          <w:p>
            <w:pPr>
              <w:spacing w:after="20"/>
            </w:pPr>
            <w:r/>
            <w:r>
              <w:rPr>
                <w:i/>
                <w:sz w:val="20"/>
              </w:rPr>
              <w:t>F</w:t>
            </w:r>
            <w:r>
              <w:rPr>
                <w:sz w:val="20"/>
              </w:rPr>
              <w:t xml:space="preserve"> / N</w:t>
            </w:r>
          </w:p>
        </w:tc>
        <w:tc>
          <w:tcPr>
            <w:tcW w:type="dxa" w:w="1191"/>
          </w:tcPr>
          <w:p>
            <w:pPr>
              <w:spacing w:after="20"/>
            </w:pPr>
            <w:r/>
          </w:p>
        </w:tc>
        <w:tc>
          <w:tcPr>
            <w:tcW w:type="dxa" w:w="1191"/>
          </w:tcPr>
          <w:p>
            <w:pPr>
              <w:spacing w:after="20"/>
            </w:pPr>
            <w:r/>
          </w:p>
        </w:tc>
        <w:tc>
          <w:tcPr>
            <w:tcW w:type="dxa" w:w="1191"/>
          </w:tcPr>
          <w:p>
            <w:pPr>
              <w:spacing w:after="20"/>
            </w:pPr>
            <w:r/>
          </w:p>
        </w:tc>
        <w:tc>
          <w:tcPr>
            <w:tcW w:type="dxa" w:w="1191"/>
          </w:tcPr>
          <w:p>
            <w:pPr>
              <w:spacing w:after="20"/>
            </w:pPr>
            <w:r/>
          </w:p>
        </w:tc>
        <w:tc>
          <w:tcPr>
            <w:tcW w:type="dxa" w:w="1191"/>
          </w:tcPr>
          <w:p>
            <w:pPr>
              <w:spacing w:after="20"/>
            </w:pPr>
            <w:r/>
          </w:p>
        </w:tc>
        <w:tc>
          <w:tcPr>
            <w:tcW w:type="dxa" w:w="1191"/>
          </w:tcPr>
          <w:p>
            <w:pPr>
              <w:spacing w:after="20"/>
            </w:pPr>
            <w:r/>
          </w:p>
        </w:tc>
        <w:tc>
          <w:tcPr>
            <w:tcW w:type="dxa" w:w="1191"/>
          </w:tcPr>
          <w:p>
            <w:pPr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1247"/>
            <w:shd w:val="clear" w:color="auto" w:fill="F2F5F9"/>
          </w:tcPr>
          <w:p>
            <w:pPr>
              <w:spacing w:after="20"/>
            </w:pPr>
            <w:r/>
            <w:r>
              <w:rPr>
                <w:i/>
                <w:sz w:val="20"/>
              </w:rPr>
              <w:t>x</w:t>
            </w:r>
            <w:r>
              <w:rPr>
                <w:sz w:val="20"/>
              </w:rPr>
              <w:t xml:space="preserve"> / cm</w:t>
            </w:r>
          </w:p>
        </w:tc>
        <w:tc>
          <w:tcPr>
            <w:tcW w:type="dxa" w:w="1191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191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191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191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191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191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191"/>
            <w:shd w:val="clear" w:color="auto" w:fill="F2F5F9"/>
          </w:tcPr>
          <w:p>
            <w:pPr>
              <w:spacing w:after="20"/>
            </w:pPr>
            <w:r/>
          </w:p>
        </w:tc>
      </w:tr>
    </w:tbl>
    <w:p>
      <w:pPr>
        <w:spacing w:after="40"/>
      </w:pPr>
    </w:p>
    <w:p>
      <w:pPr>
        <w:keepNext/>
      </w:pPr>
      <w:r>
        <w:rPr>
          <w:b/>
        </w:rPr>
        <w:t>11.</w:t>
      </w:r>
      <w:r>
        <w:rPr/>
        <w:t xml:space="preserve"> Plot </w:t>
      </w:r>
      <w:r>
        <w:rPr>
          <w:i/>
        </w:rPr>
        <w:t>F</w:t>
      </w:r>
      <w:r>
        <w:rPr/>
        <w:t xml:space="preserve"> against </w:t>
      </w:r>
      <w:r>
        <w:rPr>
          <w:i/>
        </w:rPr>
        <w:t>x</w:t>
      </w:r>
      <w:r>
        <w:rPr/>
        <w:t xml:space="preserve"> with error bars and find </w:t>
      </w:r>
      <w:r>
        <w:rPr>
          <w:i/>
        </w:rPr>
        <w:t>k</w:t>
      </w:r>
      <w:r>
        <w:rPr/>
        <w:t xml:space="preserve"> ± Δ</w:t>
      </w:r>
      <w:r>
        <w:rPr>
          <w:i/>
        </w:rPr>
        <w:t>k</w:t>
      </w:r>
      <w:r>
        <w:rPr/>
        <w:t>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140000" cy="2818723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im05_st3_blank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140000" cy="281872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</w:rPr>
        <w:t>k</w:t>
      </w:r>
      <w:r>
        <w:rPr/>
        <w:t xml:space="preserve"> = __________ ± __________ N m</w:t>
      </w:r>
      <w:r>
        <w:rPr>
          <w:vertAlign w:val="superscript"/>
        </w:rPr>
        <w:t>−1</w:t>
      </w:r>
    </w:p>
    <w:p>
      <w:pPr>
        <w:keepNext/>
      </w:pPr>
      <w:r>
        <w:rPr>
          <w:b/>
        </w:rPr>
        <w:t>12.</w:t>
      </w:r>
      <w:r>
        <w:rPr/>
        <w:t xml:space="preserve"> The investigation spring is stretched by 6.0 cm on a table. Calculate the spring force and give its direction. What does the minus sign in </w:t>
      </w:r>
      <w:r>
        <w:rPr>
          <w:i/>
        </w:rPr>
        <w:t>F</w:t>
      </w:r>
      <w:r>
        <w:rPr>
          <w:vertAlign w:val="subscript"/>
        </w:rPr>
        <w:t>H</w:t>
      </w:r>
      <w:r>
        <w:rPr/>
        <w:t xml:space="preserve"> = −</w:t>
      </w:r>
      <w:r>
        <w:rPr>
          <w:i/>
        </w:rPr>
        <w:t>kx</w:t>
      </w:r>
      <w:r>
        <w:rPr/>
        <w:t xml:space="preserve"> mean?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2268"/>
        </w:trPr>
        <w:tc>
          <w:tcPr>
            <w:tcW w:type="dxa" w:w="9638"/>
          </w:tcPr>
          <w:p>
            <w:r>
              <w:rPr>
                <w:color w:val="606060"/>
                <w:sz w:val="18"/>
              </w:rPr>
              <w:t>Working</w:t>
            </w:r>
          </w:p>
        </w:tc>
      </w:tr>
    </w:tbl>
    <w:p>
      <w:pPr>
        <w:spacing w:after="40"/>
      </w:pPr>
    </w:p>
    <w:p>
      <w:pPr>
        <w:keepNext/>
      </w:pPr>
      <w:r>
        <w:rPr>
          <w:b/>
        </w:rPr>
        <w:t>13.</w:t>
      </w:r>
      <w:r>
        <w:rPr/>
        <w:t xml:space="preserve"> The stiff spring (</w:t>
      </w:r>
      <w:r>
        <w:rPr>
          <w:i/>
        </w:rPr>
        <w:t>k</w:t>
      </w:r>
      <w:r>
        <w:rPr/>
        <w:t xml:space="preserve"> = 40.0 N m</w:t>
      </w:r>
      <w:r>
        <w:rPr>
          <w:vertAlign w:val="superscript"/>
        </w:rPr>
        <w:t>−1</w:t>
      </w:r>
      <w:r>
        <w:rPr/>
        <w:t>) stretches 4.5 cm when an object hangs from it. Calculate the mass of the object.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1984"/>
        </w:trPr>
        <w:tc>
          <w:tcPr>
            <w:tcW w:type="dxa" w:w="9638"/>
          </w:tcPr>
          <w:p>
            <w:r>
              <w:rPr>
                <w:color w:val="606060"/>
                <w:sz w:val="18"/>
              </w:rPr>
              <w:t>Working</w:t>
            </w:r>
          </w:p>
        </w:tc>
      </w:tr>
    </w:tbl>
    <w:p>
      <w:pPr>
        <w:spacing w:after="40"/>
      </w:pPr>
    </w:p>
    <w:p>
      <w:r>
        <w:rPr>
          <w:b/>
        </w:rPr>
        <w:t>14.</w:t>
      </w:r>
      <w:r>
        <w:rPr/>
        <w:t xml:space="preserve"> Sketch the </w:t>
      </w:r>
      <w:r>
        <w:rPr>
          <w:i/>
        </w:rPr>
        <w:t>F</w:t>
      </w:r>
      <w:r>
        <w:rPr/>
        <w:t>–</w:t>
      </w:r>
      <w:r>
        <w:rPr>
          <w:i/>
        </w:rPr>
        <w:t>x</w:t>
      </w:r>
      <w:r>
        <w:rPr/>
        <w:t xml:space="preserve"> graph of a spring loaded past its limit of proportionality. Mark the limit of proportionality. Explain why an overloaded spring is no longer a good force meter.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2551"/>
        </w:trPr>
        <w:tc>
          <w:tcPr>
            <w:tcW w:type="dxa" w:w="9638"/>
          </w:tcPr>
          <w:p>
            <w:r>
              <w:rPr>
                <w:color w:val="606060"/>
                <w:sz w:val="18"/>
              </w:rPr>
              <w:t>Sketch and explanation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Part 4 — Checkpoint: hysteresis and the elastic limit</w:t>
      </w:r>
    </w:p>
    <w:p>
      <w:r>
        <w:t xml:space="preserve">Simulation: mode </w:t>
      </w:r>
      <w:r>
        <w:rPr>
          <w:b/>
        </w:rPr>
        <w:t>Load &amp; unload</w:t>
      </w:r>
      <w:r>
        <w:t>. Spring: Investigation spring (</w:t>
      </w:r>
      <w:r>
        <w:rPr>
          <w:i/>
        </w:rPr>
        <w:t>k</w:t>
      </w:r>
      <w:r>
        <w:t xml:space="preserve"> = 25.0 N m</w:t>
      </w:r>
      <w:r>
        <w:rPr>
          <w:vertAlign w:val="superscript"/>
        </w:rPr>
        <w:t>−1</w:t>
      </w:r>
      <w:r>
        <w:t xml:space="preserve">, elastic limit </w:t>
      </w:r>
      <w:r>
        <w:rPr>
          <w:b/>
        </w:rPr>
        <w:t>E</w:t>
      </w:r>
      <w:r>
        <w:t xml:space="preserve"> at 6.0 N). Load it in steps up to 800 g, then unload. Record the extension readout (pointer − 30.0 cm) </w:t>
      </w:r>
      <w:r>
        <w:rPr>
          <w:i/>
        </w:rPr>
        <w:t>x</w:t>
      </w:r>
      <w:r>
        <w:t xml:space="preserve"> each time the load is at rest.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09"/>
        <w:gridCol w:w="2409"/>
        <w:gridCol w:w="2409"/>
        <w:gridCol w:w="2409"/>
      </w:tblGrid>
      <w:tr>
        <w:trPr>
          <w:trHeight w:val="454"/>
          <w:cantSplit/>
        </w:trPr>
        <w:tc>
          <w:tcPr>
            <w:tcW w:type="dxa" w:w="1701"/>
            <w:shd w:val="clear" w:color="auto" w:fill="1F3A5F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 xml:space="preserve">mass </w:t>
            </w:r>
            <w:r>
              <w:rPr>
                <w:b/>
                <w:i/>
                <w:color w:val="FFFFFF"/>
                <w:sz w:val="20"/>
              </w:rPr>
              <w:t>m</w:t>
            </w:r>
            <w:r>
              <w:rPr>
                <w:b/>
                <w:color w:val="FFFFFF"/>
                <w:sz w:val="20"/>
              </w:rPr>
              <w:t xml:space="preserve"> / g</w:t>
            </w:r>
          </w:p>
        </w:tc>
        <w:tc>
          <w:tcPr>
            <w:tcW w:type="dxa" w:w="2041"/>
            <w:shd w:val="clear" w:color="auto" w:fill="1F3A5F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 xml:space="preserve">load </w:t>
            </w:r>
            <w:r>
              <w:rPr>
                <w:b/>
                <w:i/>
                <w:color w:val="FFFFFF"/>
                <w:sz w:val="20"/>
              </w:rPr>
              <w:t>F</w:t>
            </w:r>
            <w:r>
              <w:rPr>
                <w:b/>
                <w:color w:val="FFFFFF"/>
                <w:sz w:val="20"/>
              </w:rPr>
              <w:t xml:space="preserve"> = </w:t>
            </w:r>
            <w:r>
              <w:rPr>
                <w:b/>
                <w:i/>
                <w:color w:val="FFFFFF"/>
                <w:sz w:val="20"/>
              </w:rPr>
              <w:t>mg</w:t>
            </w:r>
            <w:r>
              <w:rPr>
                <w:b/>
                <w:color w:val="FFFFFF"/>
                <w:sz w:val="20"/>
              </w:rPr>
              <w:t xml:space="preserve"> / N</w:t>
            </w:r>
          </w:p>
        </w:tc>
        <w:tc>
          <w:tcPr>
            <w:tcW w:type="dxa" w:w="2041"/>
            <w:shd w:val="clear" w:color="auto" w:fill="1F3A5F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 xml:space="preserve">loading: </w:t>
            </w:r>
            <w:r>
              <w:rPr>
                <w:b/>
                <w:i/>
                <w:color w:val="FFFFFF"/>
                <w:sz w:val="20"/>
              </w:rPr>
              <w:t>x</w:t>
            </w:r>
            <w:r>
              <w:rPr>
                <w:b/>
                <w:color w:val="FFFFFF"/>
                <w:sz w:val="20"/>
              </w:rPr>
              <w:t xml:space="preserve"> / cm</w:t>
            </w:r>
          </w:p>
        </w:tc>
        <w:tc>
          <w:tcPr>
            <w:tcW w:type="dxa" w:w="2041"/>
            <w:shd w:val="clear" w:color="auto" w:fill="1F3A5F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 xml:space="preserve">unloading: </w:t>
            </w:r>
            <w:r>
              <w:rPr>
                <w:b/>
                <w:i/>
                <w:color w:val="FFFFFF"/>
                <w:sz w:val="20"/>
              </w:rPr>
              <w:t>x</w:t>
            </w:r>
            <w:r>
              <w:rPr>
                <w:b/>
                <w:color w:val="FFFFFF"/>
                <w:sz w:val="20"/>
              </w:rPr>
              <w:t xml:space="preserve"> / cm</w:t>
            </w:r>
          </w:p>
        </w:tc>
      </w:tr>
      <w:tr>
        <w:trPr>
          <w:trHeight w:val="454"/>
          <w:cantSplit/>
        </w:trPr>
        <w:tc>
          <w:tcPr>
            <w:tcW w:type="dxa" w:w="1701"/>
          </w:tcPr>
          <w:p>
            <w:pPr>
              <w:jc w:val="center"/>
            </w:pPr>
            <w:r>
              <w:rPr>
                <w:sz w:val="20"/>
              </w:rPr>
              <w:t>0</w:t>
            </w:r>
          </w:p>
        </w:tc>
        <w:tc>
          <w:tcPr>
            <w:tcW w:type="dxa" w:w="2041"/>
          </w:tcPr>
          <w:p>
            <w:pPr>
              <w:jc w:val="center"/>
            </w:pPr>
          </w:p>
        </w:tc>
        <w:tc>
          <w:tcPr>
            <w:tcW w:type="dxa" w:w="2041"/>
          </w:tcPr>
          <w:p>
            <w:pPr>
              <w:jc w:val="center"/>
            </w:pPr>
          </w:p>
        </w:tc>
        <w:tc>
          <w:tcPr>
            <w:tcW w:type="dxa" w:w="2041"/>
          </w:tcPr>
          <w:p>
            <w:pPr>
              <w:jc w:val="center"/>
            </w:pPr>
          </w:p>
        </w:tc>
      </w:tr>
      <w:tr>
        <w:trPr>
          <w:trHeight w:val="454"/>
          <w:cantSplit/>
        </w:trPr>
        <w:tc>
          <w:tcPr>
            <w:tcW w:type="dxa" w:w="1701"/>
          </w:tcPr>
          <w:p>
            <w:pPr>
              <w:jc w:val="center"/>
            </w:pPr>
            <w:r>
              <w:rPr>
                <w:sz w:val="20"/>
              </w:rPr>
              <w:t>200</w:t>
            </w:r>
          </w:p>
        </w:tc>
        <w:tc>
          <w:tcPr>
            <w:tcW w:type="dxa" w:w="2041"/>
          </w:tcPr>
          <w:p>
            <w:pPr>
              <w:jc w:val="center"/>
            </w:pPr>
          </w:p>
        </w:tc>
        <w:tc>
          <w:tcPr>
            <w:tcW w:type="dxa" w:w="2041"/>
          </w:tcPr>
          <w:p>
            <w:pPr>
              <w:jc w:val="center"/>
            </w:pPr>
          </w:p>
        </w:tc>
        <w:tc>
          <w:tcPr>
            <w:tcW w:type="dxa" w:w="2041"/>
          </w:tcPr>
          <w:p>
            <w:pPr>
              <w:jc w:val="center"/>
            </w:pPr>
          </w:p>
        </w:tc>
      </w:tr>
      <w:tr>
        <w:trPr>
          <w:trHeight w:val="454"/>
          <w:cantSplit/>
        </w:trPr>
        <w:tc>
          <w:tcPr>
            <w:tcW w:type="dxa" w:w="1701"/>
          </w:tcPr>
          <w:p>
            <w:pPr>
              <w:jc w:val="center"/>
            </w:pPr>
            <w:r>
              <w:rPr>
                <w:sz w:val="20"/>
              </w:rPr>
              <w:t>400</w:t>
            </w:r>
          </w:p>
        </w:tc>
        <w:tc>
          <w:tcPr>
            <w:tcW w:type="dxa" w:w="2041"/>
          </w:tcPr>
          <w:p>
            <w:pPr>
              <w:jc w:val="center"/>
            </w:pPr>
          </w:p>
        </w:tc>
        <w:tc>
          <w:tcPr>
            <w:tcW w:type="dxa" w:w="2041"/>
          </w:tcPr>
          <w:p>
            <w:pPr>
              <w:jc w:val="center"/>
            </w:pPr>
          </w:p>
        </w:tc>
        <w:tc>
          <w:tcPr>
            <w:tcW w:type="dxa" w:w="2041"/>
          </w:tcPr>
          <w:p>
            <w:pPr>
              <w:jc w:val="center"/>
            </w:pPr>
          </w:p>
        </w:tc>
      </w:tr>
      <w:tr>
        <w:trPr>
          <w:trHeight w:val="454"/>
          <w:cantSplit/>
        </w:trPr>
        <w:tc>
          <w:tcPr>
            <w:tcW w:type="dxa" w:w="1701"/>
          </w:tcPr>
          <w:p>
            <w:pPr>
              <w:jc w:val="center"/>
            </w:pPr>
            <w:r>
              <w:rPr>
                <w:sz w:val="20"/>
              </w:rPr>
              <w:t>600</w:t>
            </w:r>
          </w:p>
        </w:tc>
        <w:tc>
          <w:tcPr>
            <w:tcW w:type="dxa" w:w="2041"/>
          </w:tcPr>
          <w:p>
            <w:pPr>
              <w:jc w:val="center"/>
            </w:pPr>
          </w:p>
        </w:tc>
        <w:tc>
          <w:tcPr>
            <w:tcW w:type="dxa" w:w="2041"/>
          </w:tcPr>
          <w:p>
            <w:pPr>
              <w:jc w:val="center"/>
            </w:pPr>
          </w:p>
        </w:tc>
        <w:tc>
          <w:tcPr>
            <w:tcW w:type="dxa" w:w="2041"/>
          </w:tcPr>
          <w:p>
            <w:pPr>
              <w:jc w:val="center"/>
            </w:pPr>
          </w:p>
        </w:tc>
      </w:tr>
      <w:tr>
        <w:trPr>
          <w:trHeight w:val="454"/>
          <w:cantSplit/>
        </w:trPr>
        <w:tc>
          <w:tcPr>
            <w:tcW w:type="dxa" w:w="1701"/>
          </w:tcPr>
          <w:p>
            <w:pPr>
              <w:jc w:val="center"/>
            </w:pPr>
            <w:r>
              <w:rPr>
                <w:sz w:val="20"/>
              </w:rPr>
              <w:t>700</w:t>
            </w:r>
          </w:p>
        </w:tc>
        <w:tc>
          <w:tcPr>
            <w:tcW w:type="dxa" w:w="2041"/>
          </w:tcPr>
          <w:p>
            <w:pPr>
              <w:jc w:val="center"/>
            </w:pPr>
          </w:p>
        </w:tc>
        <w:tc>
          <w:tcPr>
            <w:tcW w:type="dxa" w:w="2041"/>
          </w:tcPr>
          <w:p>
            <w:pPr>
              <w:jc w:val="center"/>
            </w:pPr>
          </w:p>
        </w:tc>
        <w:tc>
          <w:tcPr>
            <w:tcW w:type="dxa" w:w="2041"/>
          </w:tcPr>
          <w:p>
            <w:pPr>
              <w:jc w:val="center"/>
            </w:pPr>
          </w:p>
        </w:tc>
      </w:tr>
      <w:tr>
        <w:trPr>
          <w:trHeight w:val="454"/>
          <w:cantSplit/>
        </w:trPr>
        <w:tc>
          <w:tcPr>
            <w:tcW w:type="dxa" w:w="1701"/>
          </w:tcPr>
          <w:p>
            <w:pPr>
              <w:jc w:val="center"/>
            </w:pPr>
            <w:r>
              <w:rPr>
                <w:sz w:val="20"/>
              </w:rPr>
              <w:t>800</w:t>
            </w:r>
          </w:p>
        </w:tc>
        <w:tc>
          <w:tcPr>
            <w:tcW w:type="dxa" w:w="2041"/>
          </w:tcPr>
          <w:p>
            <w:pPr>
              <w:jc w:val="center"/>
            </w:pPr>
          </w:p>
        </w:tc>
        <w:tc>
          <w:tcPr>
            <w:tcW w:type="dxa" w:w="2041"/>
          </w:tcPr>
          <w:p>
            <w:pPr>
              <w:jc w:val="center"/>
            </w:pPr>
          </w:p>
        </w:tc>
        <w:tc>
          <w:tcPr>
            <w:tcW w:type="dxa" w:w="2041"/>
            <w:shd w:val="clear" w:color="auto" w:fill="ECEFF1"/>
          </w:tcPr>
          <w:p>
            <w:pPr>
              <w:jc w:val="center"/>
            </w:pPr>
            <w:r>
              <w:rPr>
                <w:color w:val="606060"/>
                <w:sz w:val="18"/>
              </w:rPr>
              <w:t>(turning point)</w:t>
            </w:r>
          </w:p>
        </w:tc>
      </w:tr>
    </w:tbl>
    <w:p/>
    <w:p>
      <w:pPr>
        <w:keepNext/>
      </w:pPr>
      <w:r>
        <w:rPr>
          <w:b/>
        </w:rPr>
        <w:t>15.</w:t>
      </w:r>
      <w:r>
        <w:t xml:space="preserve"> Plot the loading points and the unloading points on the grid and join each set. Mark the elastic limit </w:t>
      </w:r>
      <w:r>
        <w:rPr>
          <w:b/>
        </w:rPr>
        <w:t>E</w:t>
      </w:r>
      <w:r>
        <w:t xml:space="preserve"> and label the loading and unloading lines with arrows.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220000" cy="3367742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lank_loop_grid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33677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rPr>
          <w:b/>
        </w:rPr>
        <w:t>16.</w:t>
      </w:r>
      <w:r>
        <w:t xml:space="preserve"> Read the </w:t>
      </w:r>
      <w:r>
        <w:rPr>
          <w:b/>
        </w:rPr>
        <w:t>permanent extension</w:t>
      </w:r>
      <w:r>
        <w:t xml:space="preserve"> from your graph: __________ cm. Explain why the unloading line does not go back through the origin.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</w:pPr>
      <w:r>
        <w:rPr>
          <w:b/>
        </w:rPr>
        <w:t>17.</w:t>
      </w:r>
      <w:r>
        <w:t xml:space="preserve"> Spring: Rubber band. Load it to 500 g in 50 g steps, then unload to 0 g. Sketch the loop (no numbers needed). Use arrows for loading and unloading and </w:t>
      </w:r>
      <w:r>
        <w:rPr>
          <w:b/>
        </w:rPr>
        <w:t>shade the area that equals the energy turned into heat</w:t>
      </w:r>
      <w:r>
        <w:t>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2400"/>
          <w:cantSplit/>
        </w:trPr>
        <w:tc>
          <w:tcPr>
            <w:tcW w:type="dxa" w:w="9638"/>
          </w:tcPr>
          <w:p>
            <w:r>
              <w:rPr>
                <w:color w:val="606060"/>
                <w:sz w:val="18"/>
              </w:rPr>
              <w:t>Sketch</w:t>
            </w:r>
          </w:p>
        </w:tc>
      </w:tr>
    </w:tbl>
    <w:p/>
    <w:p>
      <w:pPr>
        <w:keepNext/>
      </w:pPr>
      <w:r>
        <w:rPr>
          <w:b/>
        </w:rPr>
        <w:t>18.</w:t>
      </w:r>
      <w:r>
        <w:t xml:space="preserve"> From the readouts after the full cycle: energy stored = __________ J, energy given back = __________ J, so energy → heat = __________ J = __________ % of the energy stored.</w:t>
      </w:r>
    </w:p>
    <w:p/>
    <w:p>
      <w:pPr>
        <w:keepNext/>
      </w:pPr>
      <w:r>
        <w:rPr>
          <w:b/>
        </w:rPr>
        <w:t>19.</w:t>
      </w:r>
      <w:r>
        <w:t xml:space="preserve"> This is called </w:t>
      </w:r>
      <w:r>
        <w:rPr>
          <w:b/>
        </w:rPr>
        <w:t>hysteresis</w:t>
      </w:r>
      <w:r>
        <w:t>. Explain why a rubber band that is stretched and released many times gets warm. Would you choose a material with a large or a small loop for the rubber mounts that stop a washing machine shaking? Why?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7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06060"/>
        <w:sz w:val="17"/>
      </w:rPr>
      <w:t>IBDP Physics SL · Grade 11 · Biljana Taneska</w:t>
      <w:tab/>
      <w:tab/>
      <w:t>Spring force simulation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F3A5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1F3A5F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E651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