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Free Fall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Free fall.html</w:t>
      </w:r>
      <w:r>
        <w:rPr>
          <w:color w:val="606060"/>
          <w:sz w:val="24"/>
        </w:rPr>
        <w:t xml:space="preserve"> · A.1 Kinematics: free fall, suvat, </w:t>
      </w:r>
      <w:r>
        <w:rPr>
          <w:i/>
          <w:color w:val="606060"/>
          <w:sz w:val="24"/>
        </w:rPr>
        <w:t>h</w:t>
      </w:r>
      <w:r>
        <w:rPr>
          <w:color w:val="606060"/>
          <w:sz w:val="24"/>
        </w:rPr>
        <w:t xml:space="preserve"> against </w:t>
      </w:r>
      <w:r>
        <w:rPr>
          <w:i/>
          <w:color w:val="606060"/>
          <w:sz w:val="24"/>
        </w:rPr>
        <w:t>t</w:t>
      </w:r>
      <w:r>
        <w:rPr>
          <w:color w:val="606060"/>
          <w:sz w:val="24"/>
          <w:vertAlign w:val="superscript"/>
        </w:rPr>
        <w:t>2</w:t>
      </w:r>
      <w:r>
        <w:rPr>
          <w:color w:val="606060"/>
          <w:sz w:val="24"/>
        </w:rPr>
        <w:t xml:space="preserve"> → </w:t>
      </w:r>
      <w:r>
        <w:rPr>
          <w:i/>
          <w:color w:val="606060"/>
          <w:sz w:val="24"/>
        </w:rPr>
        <w:t>g</w:t>
      </w:r>
      <w:r>
        <w:rPr>
          <w:color w:val="606060"/>
          <w:sz w:val="24"/>
        </w:rPr>
        <w:t>; goes with the class ball-drop experiment (stopwatch)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biba0112.github.io/physics-sims/10-free-fall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Free fall.html</w:t>
            </w:r>
            <w:r>
              <w:rPr>
                <w:sz w:val="20"/>
              </w:rPr>
              <w:t xml:space="preserve">). Set the </w:t>
            </w:r>
            <w:r>
              <w:rPr>
                <w:b/>
                <w:sz w:val="20"/>
              </w:rPr>
              <w:t>height h</w:t>
            </w:r>
            <w:r>
              <w:rPr>
                <w:sz w:val="20"/>
              </w:rPr>
              <w:t xml:space="preserve">, the </w:t>
            </w:r>
            <w:r>
              <w:rPr>
                <w:b/>
                <w:sz w:val="20"/>
              </w:rPr>
              <w:t>launch velocity v₀</w:t>
            </w:r>
            <w:r>
              <w:rPr>
                <w:sz w:val="20"/>
              </w:rPr>
              <w:t xml:space="preserve"> (0 = drop, + = throw up), the </w:t>
            </w:r>
            <w:r>
              <w:rPr>
                <w:b/>
                <w:sz w:val="20"/>
              </w:rPr>
              <w:t>field</w:t>
            </w:r>
            <w:r>
              <w:rPr>
                <w:sz w:val="20"/>
              </w:rPr>
              <w:t xml:space="preserve">, ball A and an optional ball B. </w:t>
            </w:r>
            <w:r>
              <w:rPr>
                <w:b/>
                <w:sz w:val="20"/>
              </w:rPr>
              <w:t>▶ Drop</w:t>
            </w:r>
            <w:r>
              <w:rPr>
                <w:sz w:val="20"/>
              </w:rPr>
              <w:t xml:space="preserve"> runs it; the </w:t>
            </w:r>
            <w:r>
              <w:rPr>
                <w:b/>
                <w:sz w:val="20"/>
              </w:rPr>
              <w:t>strobe</w:t>
            </w:r>
            <w:r>
              <w:rPr>
                <w:sz w:val="20"/>
              </w:rPr>
              <w:t xml:space="preserve"> shows the ball every 0.1 s.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ball-drop lab (≈ 15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m s</w:t>
            </w:r>
            <w:r>
              <w:rPr>
                <w:sz w:val="20"/>
                <w:vertAlign w:val="superscript"/>
              </w:rPr>
              <w:t>−2</w:t>
            </w:r>
            <w:r>
              <w:rPr>
                <w:sz w:val="20"/>
              </w:rPr>
              <w:t xml:space="preserve"> and </w:t>
            </w:r>
            <w:r>
              <w:rPr>
                <w:b/>
                <w:sz w:val="20"/>
              </w:rPr>
              <w:t>up is positive</w:t>
            </w:r>
            <w:r>
              <w:rPr>
                <w:sz w:val="20"/>
              </w:rPr>
              <w:t xml:space="preserve">: a falling ball has a negative velocity and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 xml:space="preserve"> = −9.81 m s</w:t>
            </w:r>
            <w:r>
              <w:rPr>
                <w:sz w:val="20"/>
                <w:vertAlign w:val="superscript"/>
              </w:rPr>
              <w:t>−2</w:t>
            </w:r>
            <w:r>
              <w:rPr>
                <w:sz w:val="20"/>
              </w:rPr>
              <w:t>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Free fall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/>
        <w:t xml:space="preserve">Write your prediction </w:t>
      </w:r>
      <w:r>
        <w:rPr>
          <w:b/>
        </w:rPr>
        <w:t>before</w:t>
      </w:r>
      <w:r>
        <w:rPr/>
        <w:t xml:space="preserve"> you run the simulation. Then test it and explain what you saw.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 xml:space="preserve">1. Steel ball (64 g) and ping-pong ball (2.7 g) dropped together from 1.00 m in a </w:t>
            </w:r>
            <w:r>
              <w:rPr>
                <w:b/>
                <w:sz w:val="19"/>
              </w:rPr>
              <w:t>vacuum</w:t>
            </w:r>
            <w:r>
              <w:rPr>
                <w:sz w:val="19"/>
              </w:rPr>
              <w:t>. Which lands first?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 xml:space="preserve">2. Air resistance </w:t>
            </w:r>
            <w:r>
              <w:rPr>
                <w:b/>
                <w:sz w:val="19"/>
              </w:rPr>
              <w:t>on</w:t>
            </w:r>
            <w:r>
              <w:rPr>
                <w:sz w:val="19"/>
              </w:rPr>
              <w:t>: steel ball and paper cupcake case dropped from 2.00 m. What happens?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The drop height is doubled from 1.00 m to 2.00 m. By what factor does the fall time change?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 xml:space="preserve">4. Which </w:t>
            </w:r>
            <w:r>
              <w:rPr>
                <w:i/>
                <w:sz w:val="19"/>
              </w:rPr>
              <w:t>v</w:t>
            </w:r>
            <w:r>
              <w:rPr>
                <w:sz w:val="19"/>
              </w:rPr>
              <w:t>–</w:t>
            </w:r>
            <w:r>
              <w:rPr>
                <w:i/>
                <w:sz w:val="19"/>
              </w:rPr>
              <w:t>t</w:t>
            </w:r>
            <w:r>
              <w:rPr>
                <w:sz w:val="19"/>
              </w:rPr>
              <w:t xml:space="preserve"> graph (A–D below) shows a ball dropped from rest? (up positive)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139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10_vt_option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39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Q4 options (up is positive)</w:t>
      </w:r>
    </w:p>
    <w:p>
      <w:pPr>
        <w:keepNext/>
        <w:spacing w:after="40"/>
      </w:pPr>
      <w:r>
        <w:rPr>
          <w:b/>
        </w:rPr>
        <w:t>5. Calculate the time for a ball to fall 1.00 m from rest. Then check it with the simulation (light gate).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i/>
        </w:rPr>
        <w:t>t</w:t>
      </w:r>
      <w:r>
        <w:rPr/>
        <w:t xml:space="preserve"> = ____________ s        simulation: ____________ s</w:t>
      </w:r>
    </w:p>
    <w:p>
      <w:pPr>
        <w:pStyle w:val="Heading1"/>
      </w:pPr>
      <w:r>
        <w:rPr/>
        <w:t>Part 2 — During the lab: compare with the ball drop</w:t>
      </w:r>
    </w:p>
    <w:p>
      <w:pPr>
        <w:keepNext/>
      </w:pPr>
      <w:r>
        <w:rPr>
          <w:b/>
        </w:rPr>
        <w:t>Class experiment.</w:t>
      </w:r>
      <w:r>
        <w:rPr/>
        <w:t xml:space="preserve"> Drop a ball from each height and time the fall with a stopwatch. Do 3 drops per height.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361"/>
        <w:gridCol w:w="1361"/>
        <w:gridCol w:w="1361"/>
        <w:gridCol w:w="1814"/>
        <w:gridCol w:w="1701"/>
      </w:tblGrid>
      <w:tr>
        <w:trPr>
          <w:trHeight w:val="454"/>
        </w:trPr>
        <w:tc>
          <w:tcPr>
            <w:tcW w:type="dxa" w:w="147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h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1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3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81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mean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70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per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s</w:t>
            </w:r>
            <w:r>
              <w:rPr>
                <w:b/>
                <w:color w:val="FFFFFF"/>
                <w:sz w:val="20"/>
                <w:vertAlign w:val="superscript"/>
              </w:rPr>
              <w:t>2</w:t>
            </w:r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0.50</w:t>
            </w:r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814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1.00</w:t>
            </w:r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814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1.50</w:t>
            </w:r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814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2.00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Simulation.</w:t>
      </w:r>
      <w:r>
        <w:rPr/>
        <w:t xml:space="preserve"> Timing = </w:t>
      </w:r>
      <w:r>
        <w:rPr>
          <w:b/>
        </w:rPr>
        <w:t>Stopwatch</w:t>
      </w:r>
      <w:r>
        <w:rPr/>
        <w:t xml:space="preserve">. Do the same drops (3 per height) and press </w:t>
      </w:r>
      <w:r>
        <w:rPr>
          <w:b/>
        </w:rPr>
        <w:t>● Record</w:t>
      </w:r>
      <w:r>
        <w:rPr/>
        <w:t xml:space="preserve"> each time.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361"/>
        <w:gridCol w:w="1361"/>
        <w:gridCol w:w="1361"/>
        <w:gridCol w:w="1814"/>
        <w:gridCol w:w="1701"/>
      </w:tblGrid>
      <w:tr>
        <w:trPr>
          <w:trHeight w:val="454"/>
        </w:trPr>
        <w:tc>
          <w:tcPr>
            <w:tcW w:type="dxa" w:w="147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h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1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3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81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mean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70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per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s</w:t>
            </w:r>
            <w:r>
              <w:rPr>
                <w:b/>
                <w:color w:val="FFFFFF"/>
                <w:sz w:val="20"/>
                <w:vertAlign w:val="superscript"/>
              </w:rPr>
              <w:t>2</w:t>
            </w:r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0.50</w:t>
            </w:r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814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1.00</w:t>
            </w:r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814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1.50</w:t>
            </w:r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814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2.00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Calculate the true fall time from 0.50 m. How does it compare with your stopwatch times?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What is the main cause of the spread in your stopwatch times? Is it a random or a systematic uncertainty?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g from the simulation's best-fit line (Data tab, g = 2 × gradient): g = ________ m s</w:t>
      </w:r>
      <w:r>
        <w:rPr>
          <w:b/>
          <w:vertAlign w:val="superscript"/>
        </w:rPr>
        <w:t>−2</w:t>
      </w:r>
    </w:p>
    <w:p>
      <w:pPr>
        <w:keepNext/>
        <w:spacing w:after="40"/>
      </w:pPr>
      <w:r>
        <w:rPr>
          <w:b/>
        </w:rPr>
        <w:t>4. g from the class data (plot h against t</w:t>
      </w:r>
      <w:r>
        <w:rPr>
          <w:b/>
          <w:vertAlign w:val="superscript"/>
        </w:rPr>
        <w:t>2</w:t>
      </w:r>
      <w:r>
        <w:rPr>
          <w:b/>
        </w:rPr>
        <w:t xml:space="preserve"> in Part 3 or on graph paper): g = ________ m s</w:t>
      </w:r>
      <w:r>
        <w:rPr>
          <w:b/>
          <w:vertAlign w:val="superscript"/>
        </w:rPr>
        <w:t>−2</w:t>
      </w:r>
    </w:p>
    <w:p>
      <w:pPr>
        <w:keepNext/>
        <w:spacing w:after="40"/>
      </w:pPr>
      <w:r>
        <w:rPr>
          <w:b/>
        </w:rPr>
        <w:t>5. Percentage difference from 9.81 m s</w:t>
      </w:r>
      <w:r>
        <w:rPr>
          <w:b/>
          <w:vertAlign w:val="superscript"/>
        </w:rPr>
        <w:t>−2</w:t>
      </w:r>
      <w:r>
        <w:rPr>
          <w:b/>
        </w:rPr>
        <w:t>, and one improvement to the experiment: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pPr>
        <w:keepNext/>
      </w:pPr>
      <w:r>
        <w:rPr/>
        <w:t xml:space="preserve">Timing = </w:t>
      </w:r>
      <w:r>
        <w:rPr>
          <w:b/>
        </w:rPr>
        <w:t>Real data ±2 %</w:t>
      </w:r>
      <w:r>
        <w:rPr/>
        <w:t>, steel ball. Record one drop from each height.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</w:tblGrid>
      <w:tr>
        <w:trPr>
          <w:trHeight w:val="454"/>
        </w:trPr>
        <w:tc>
          <w:tcPr>
            <w:tcW w:type="dxa" w:w="226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h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226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226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per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s</w:t>
            </w:r>
            <w:r>
              <w:rPr>
                <w:b/>
                <w:color w:val="FFFFFF"/>
                <w:sz w:val="20"/>
                <w:vertAlign w:val="superscript"/>
              </w:rPr>
              <w:t>2</w:t>
            </w:r>
          </w:p>
        </w:tc>
      </w:tr>
      <w:tr>
        <w:trPr>
          <w:trHeight w:val="454"/>
        </w:trPr>
        <w:tc>
          <w:tcPr>
            <w:tcW w:type="dxa" w:w="2268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0.40</w:t>
            </w:r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268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0.80</w:t>
            </w:r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268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1.20</w:t>
            </w:r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268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1.60</w:t>
            </w:r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20"/>
              </w:rPr>
              <w:t>2.00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1–2. Plot h (y-axis) against t</w:t>
      </w:r>
      <w:r>
        <w:rPr>
          <w:b/>
          <w:vertAlign w:val="superscript"/>
        </w:rPr>
        <w:t>2</w:t>
      </w:r>
      <w:r>
        <w:rPr>
          <w:b/>
        </w:rPr>
        <w:t xml:space="preserve"> (x-axis). Draw the best-fit line through the origin.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6058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10_gri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6058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3. Gradient = ____________ m s</w:t>
      </w:r>
      <w:r>
        <w:rPr>
          <w:b/>
          <w:vertAlign w:val="superscript"/>
        </w:rPr>
        <w:t>−2</w:t>
      </w:r>
      <w:r>
        <w:rPr>
          <w:b/>
        </w:rPr>
        <w:t xml:space="preserve">  ⇒  g = 2 × gradient = ____________ m s</w:t>
      </w:r>
      <w:r>
        <w:rPr>
          <w:b/>
          <w:vertAlign w:val="superscript"/>
        </w:rPr>
        <w:t>−2</w:t>
      </w:r>
    </w:p>
    <w:p>
      <w:r>
        <w:rPr/>
        <w:t xml:space="preserve">Explain why the gradient of </w:t>
      </w:r>
      <w:r>
        <w:rPr>
          <w:i/>
        </w:rPr>
        <w:t>h</w:t>
      </w:r>
      <w:r>
        <w:rPr/>
        <w:t xml:space="preserve"> against </w:t>
      </w:r>
      <w:r>
        <w:rPr>
          <w:i/>
        </w:rPr>
        <w:t>t</w:t>
      </w:r>
      <w:r>
        <w:rPr>
          <w:vertAlign w:val="superscript"/>
        </w:rPr>
        <w:t>2</w:t>
      </w:r>
      <w:r>
        <w:rPr/>
        <w:t xml:space="preserve"> is </w:t>
      </w:r>
      <w:r>
        <w:rPr>
          <w:i/>
        </w:rPr>
        <w:t>g</w:t>
      </w:r>
      <w:r>
        <w:rPr/>
        <w:t>/2: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A ball is dropped from rest from 1.80 m. Calculate the time it takes to reach the floor.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5. Calculate the speed of the ball just before it hits the floor.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6. A ball is thrown straight up at 8.0 m s</w:t>
      </w:r>
      <w:r>
        <w:rPr>
          <w:b/>
          <w:vertAlign w:val="superscript"/>
        </w:rPr>
        <w:t>−1</w:t>
      </w:r>
      <w:r>
        <w:rPr>
          <w:b/>
        </w:rPr>
        <w:t>. How high does it rise above the hand?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7. How long after the throw is the ball back at the level of the hand?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8. At the very top of the throw, what are the velocity and the acceleration?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9. An astronaut drops a hammer from 1.80 m on the Moon (g = 1.62 m s</w:t>
      </w:r>
      <w:r>
        <w:rPr>
          <w:b/>
          <w:vertAlign w:val="superscript"/>
        </w:rPr>
        <w:t>−2</w:t>
      </w:r>
      <w:r>
        <w:rPr>
          <w:b/>
        </w:rPr>
        <w:t>). Calculate the fall time and compare it with Q4.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Free fall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